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[Företagsnamn och egen logotyp]</w:t>
      </w:r>
    </w:p>
    <w:p>
      <w:pPr>
        <w:pStyle w:val="Title"/>
      </w:pPr>
      <w:r>
        <w:t>Offert</w:t>
      </w:r>
    </w:p>
    <w:p>
      <w:r>
        <w:t>[Jobbets namn]</w:t>
      </w:r>
    </w:p>
    <w:p>
      <w:r>
        <w:t>Offertnummer: [nummer]     Datum: [datum]     Giltig till: [datum]</w:t>
      </w:r>
    </w:p>
    <w:p>
      <w:r>
        <w:t>Till: [kundens namn eller företag]</w:t>
        <w:br/>
        <w:t>Arbetsadress: [adress]</w:t>
        <w:br/>
        <w:t>Kontakt: [mejladress och telefon]</w:t>
      </w:r>
    </w:p>
    <w:p>
      <w:pPr>
        <w:pStyle w:val="Heading1"/>
      </w:pPr>
      <w:r>
        <w:t>Det här hjälper vi dig med</w:t>
      </w:r>
    </w:p>
    <w:p>
      <w:r>
        <w:t>[Beskriv arbetet, omfattningen och vilket resultat kunden ska få. Ange viktiga förutsättningar, mått och materialval.]</w:t>
      </w:r>
    </w:p>
    <w:p>
      <w:pPr>
        <w:pStyle w:val="Heading1"/>
      </w:pPr>
      <w:r>
        <w:t>Arbete och material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65"/>
        <w:gridCol w:w="907"/>
        <w:gridCol w:w="964"/>
        <w:gridCol w:w="1814"/>
        <w:gridCol w:w="1814"/>
      </w:tblGrid>
      <w:tr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Beskrivning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Antal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Enhet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Pris/enhet</w:t>
              <w:br/>
              <w:t>exkl. moms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8E8E8"/>
          </w:tcPr>
          <w:p>
            <w:pPr>
              <w:spacing w:after="40"/>
            </w:pPr>
            <w:r>
              <w:rPr>
                <w:b/>
                <w:sz w:val="18"/>
              </w:rPr>
              <w:t>Summa</w:t>
              <w:br/>
              <w:t>exkl. moms</w:t>
            </w:r>
          </w:p>
        </w:tc>
      </w:tr>
      <w:tr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[Arbete]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[antal]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[tim]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</w:tr>
      <w:tr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[Material]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[antal]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[st]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</w:tr>
      <w:tr>
        <w:tc>
          <w:tcPr>
            <w:tcW w:type="dxa" w:w="43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[Övrigt]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[antal]</w:t>
            </w:r>
          </w:p>
        </w:tc>
        <w:tc>
          <w:tcPr>
            <w:tcW w:type="dxa" w:w="9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[enhet]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[kr]</w:t>
            </w:r>
          </w:p>
        </w:tc>
      </w:tr>
    </w:tbl>
    <w:p>
      <w:pPr>
        <w:spacing w:before="160"/>
      </w:pPr>
      <w:r>
        <w:t>Summa exkl. moms: [belopp] kr</w:t>
        <w:br/>
        <w:t>Moms [procentsats]: [belopp] kr</w:t>
        <w:br/>
        <w:t>Totalt inkl. moms: [belopp] kr</w:t>
      </w:r>
    </w:p>
    <w:p>
      <w:pPr>
        <w:pStyle w:val="Heading1"/>
      </w:pPr>
      <w:r>
        <w:t>Omfattning och villkor</w:t>
      </w:r>
    </w:p>
    <w:p>
      <w:r>
        <w:t>Ingår: [material, förberedelser, bortforsling eller annat som omfattas]</w:t>
        <w:br/>
        <w:t>Ingår inte: [avgränsningar och eventuella tillval]</w:t>
        <w:br/>
        <w:t>Kunden ordnar: [tillgång, förberedelser eller egna inköp]</w:t>
      </w:r>
    </w:p>
    <w:p>
      <w:r>
        <w:t>Planerad start och tid: [tid eller vad som behöver avtalas]</w:t>
        <w:br/>
        <w:t>Prisform: [fast pris, ungefärligt pris eller löpande med angivna villkor]</w:t>
        <w:br/>
        <w:t>Betalning: [betalningsvillkor och eventuell betalningsplan]</w:t>
        <w:br/>
        <w:t>Ändringar och tillägg: [hur de ska beställas och prissättas]</w:t>
      </w:r>
    </w:p>
    <w:p>
      <w:r>
        <w:t>Godkännande: [beskriv hur kunden lämnar sitt godkännande]</w:t>
      </w:r>
    </w:p>
    <w:p>
      <w:r>
        <w:t>[Företagsnamn] · Org.nr [nummer]</w:t>
        <w:br/>
        <w:t>[Adress] · [Telefon] · [Mejladress] · [Webbplats]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Offertmall för bygg och hantverk</dc:title>
  <dc:subject/>
  <dc:creator>Kvota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